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تسويق الخدمات المصرفية في تحسين العلاقة مع العميل دراسة حالة الصندوق الوطني للتوفير والاحتياط - CNEP-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ناصف هاجر/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