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الإيقاع في شعر أبي العتاهية - دراسة أسلوبية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بولعجين سعاد/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الإيقاع/ التناص/ الشعر/ الشعرية الغربية/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