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الزينبية للإمام علي بن أبي طالب رضي الله عنه - مقاربة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عاشوري نسيمة/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الأسلوب/ المقاربة الصوتية/ المقاربة اللغوية/ المقاربة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