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عند 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برحال مسعودة/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السرد/ سردية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