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المقدمة الطللية في المعلقات السبع - دراسة تظاهرية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وادي سهيلة/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النقد العربي/ المكان/ المقدمة الطللية/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