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الفضاء الطباعي في ديوان "بواب الذاكرة الفظ" لـزينب عساف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بوشفة زينب/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السيمياء/ العتبات النصية/ سيمياء العتبات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