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القصيدة الصوفية في الأدب الجزائري القديم - نونية الششتري -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توفيق/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