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الفنية والفكرية في دالية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تبوب فاطمة الزهراء/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الاستعارة/ التشبيه/ المعجم الشعري/ التركيب/ التشاؤم/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