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الفنية في شعر طرفة بن العبد البكري - المعلقة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بوعتروس عفاف/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الصورة الفنية/ الصورة البلاغية/ صورة الطلل/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