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فتح عمورية لأبي تمام - دراسة أسلوبية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بوشاعت نسرين/ الأطرش رابح(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الدلالة/ الأسلوبية/ الإيقاع/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