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الانزياح عند المتنبي قصيدة "خير جليس كتاب"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بحاش نور الهدى/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الانزياح/ العدول/ الانحراف/ صور الانزياح/ الانزياح عند النقاد الغربيين/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