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المخيلة الأنثوية الأندلسية - عصر ملوك الطوائف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العابد سمير/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المرأة الأندلسية/ الرجل/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