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لأبي العلاء المعري - الؤية والأداة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قرميش علاوة/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الموسيقى الشعرية/ الرؤية الفلسفية/ الرؤية الإجتماعية/ الرؤية الدينية/ الأداة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