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السياق في فهم معاني التراكيب - دراسة بيانية لسورة الكهف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فضيلة/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علوم القرآن/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