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الغرائبية في الرحلة الأندلسية أفوقاي الأندلسي -نموذجا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مزنر نور الهدى/ بوعجاجة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80083211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الرحلات/ الرحلة الأندلسية/ التحليل الغرائبي/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