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الحكاية في رواية "أصابع لوليتا" لـ"واسيني الأعرج" دراسة بنوية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صديقي أمال/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الاسترجاعات/ الاستباقات/ الايقاع الزمني للمسار السردي/ الصيغة السردية/ المنظور و الصوت/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