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السجون عند المتنبي وأبي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لخليفي سعاد/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الشعر/ الشاعر السجين/ السجن/ سجنيات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