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مرثيات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بازول حسام/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الشعر/ الصورة الشعرية/ الصورة التشبيهية/ الصورة الاستعارية/ الصورة الكنائية/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