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"وقال الله" لمفدي زكرياء دراسة في مستويات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بوالحرث ضريفة/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الدلالي/ المستوى الصرفي/ المستوى النحوي/ مستويات القصيدة/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