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الأنساق الثقافية في بخلاء الجاحظ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عزالدين زهية/ بوحالة طارق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80078311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الأنساق الثقافية/ الجاحظ/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