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الاجتماعي في رسالة المعاد والمعاش عند الجاحظ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منصوري ابتسام/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الأدب/ المجتمع/ الجاحظ/ العناصر البيوغرافية/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