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المغامرات في شعر الصعاليك عروة والشنفري - دراسة سردية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ضافري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شعر الصعلكة/ شعراء البادية/ القصص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