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الجزائرية المقاومة - قصة عائشة - لمحمد السعيد الزاهري -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بلعيدي عائشة/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القصيرة/ الأدب الجزائري/ الثورة التحريرية/ المنهج التاريخي/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