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الصوتية في قصيدة "أنا يا صديقة متعب بعروبتي" لـ"نزار قباني"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مخلوفي عفاف/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الصوت/ الحرف/ المنهج التحليلي/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