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التمرد في الشعر الجاهلي "الشنفرة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روابح ثلجة/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التمرد/ الصعلكة/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