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الإعتذار عند النابغة الذبياني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قبوجي نورة/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الاعتذار/ اعتذاريات النابغة/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