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التعليل الصرفي لهمزة الوصل في القرآن الكريم قراءة ورش عن ناقع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قرعيشي سارة/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القراءات القرآنية/ التعليل/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