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الاشتقاق وأهميتها في صناعة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جميات مريم/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الصناعة المعجمية/ الاشتقاق/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