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التجريب في رواية " الولي الطاهر يعود الى مقامه الزكي"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بلعاتي صفاء/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التجريب/ الرواية التقليدية/ التجريب الروائي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