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تائية ابن جابر الأندلسي في المديح  النبوي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خنيش سامية/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القصيدة/ صورة شعرية/ موسيقى/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