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الزمن الموحش لحيدر حيدر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عقيلة/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الاستباق/ الاسترجاع/ الديمومة/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