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والآخر في ملحمة جلجامش " دراسة موضوعاتية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شباح نجاة/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الفلسفة/ الأسطورة/ الملحمة/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