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التأصيل العربي في مدح يزيد بن مزيد الشيباني - دراسة فنية موضوعية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سيفوني هاجر/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التركيب الأسلوبي/ التركيب البلاغي/ التركيب البياني/ التركيب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