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التخييل في كتاب  " منهاج  البلغاء وسراج الأدباء "لحازم القرطاجني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قيقاح إلهام/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الخيال/ المعاني الشعرية/ الألفاظ/ الفلاسفة المسلمين/ جدلية اللفظ/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