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الأسطوري في سيرة الزير سالم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دريدي ايمان/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الأسطورة/ السيرة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