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في النحو العربي الشواهد الشعرية في كتاب سيبويه الجزء الثاني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فريدة/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الشواهد الشعرية/ الرواية اللغوية/ جمع اللغة/ مفهوم الشاهد/ الاستشهاد/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