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الفضاء في رواية " السمك لا يبالي" ل " إنعام بيوض"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بولعيون زينة/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النقدي/ الرواية/ الفضاء/ مفهوم البنية/ وظائف الفضاء/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