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سيف الدولة الحمداني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عسكري حمزة/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الصور البيانية/ الصور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