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الخيال العلمي في مسرحية رحلة إلى الغد لتوفيق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كركاطو عاطف/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الخيال العلمي/ الآداب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