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 الموازي في رواية Made in جميرا للروائية الإماراتية كلثم صالح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رزايقي وداد/ عامر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العتبات النصية/ المتن/ النصوص الموازية/ الظواهر النصية/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