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الحجاج في مسرحية السلطان الحائر لتوفيق الحكيم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بوحبل هاجر/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الحجاج/ المسرح/ آليات الحجاج/ الحجاج عند الغرب/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