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الدرس الصوتي عند الجاحظ من خلال كتاب " البيان والتبيين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مخناش أمال/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الظواهر الصوتية/ مفهوم الصوت/ أعضاء النطق/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