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et dosage des résidus de pesticide dans les légumes cultivés sous serre dans trois régions de l'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Benardjouna Oumayma/ Lkhnafer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residues/ glasshouse crops/ gas chromatography/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