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Comportement agronomique et biochimique de quelques variét"s d'olivier -Olea europaea-L- dans la région de mila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KEBBABI Meriem/ AGGOUNE Rahma/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43p.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57022311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Polyphénols/ extraction/ Flavonoïdes/ Fruits/ Sigoise/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