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écologique de la réparatition spatiale du chène vert dans l'Est Algérièn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BAKOUCHE warda/ HADJAZ kenza/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olm oak/ spatial distribution/ modeling/ Maxent/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