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l'antibiorésistance de Klebsiella spp. à l'hopital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Bensalah Nafissa/ Gherassi Asma/ BourasRaouia/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ACP/ Identification/ Antibiorésistance/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