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- دراسة تطبيقية على سورة النبأ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بولكور منال/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النظرية/ الترادف/ التضاد/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