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electronique des documents au niveau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CHIDEKH mohammed/ Benabderrahmane Fatiha Président; Afri Faiza Examinateur,Bouchemal Nardjes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2tup/ java/ JDBC/ Gestion electronique des documents/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