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découverte des services web à base de la distance sémantique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Slimani Soumia/ Boukhcheme Nadhir Président,Hadji Othman Examinateur,Merabet Adil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WSDL/ service web/ web sémantique/ SOA/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