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des stagiaires au sein d'un centre de formation professionnelle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Nassim/ Lalouci Ali Président; Talai Meriem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methodologie 2TUP/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